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3C54" w14:textId="77777777" w:rsidR="00D02489" w:rsidRPr="0070068A" w:rsidRDefault="00000000" w:rsidP="0070068A">
      <w:pPr>
        <w:pStyle w:val="Title"/>
        <w:bidi/>
        <w:jc w:val="center"/>
        <w:rPr>
          <w:rFonts w:ascii="Almarai ExtraBold" w:hAnsi="Almarai ExtraBold" w:cs="Almarai ExtraBold"/>
          <w:sz w:val="72"/>
          <w:szCs w:val="72"/>
        </w:rPr>
      </w:pPr>
      <w:r w:rsidRPr="0070068A">
        <w:rPr>
          <w:rFonts w:ascii="Almarai ExtraBold" w:hAnsi="Almarai ExtraBold" w:cs="Almarai ExtraBold"/>
          <w:sz w:val="72"/>
          <w:szCs w:val="72"/>
        </w:rPr>
        <w:t>ورقة عمل بعد محاضرة: أساسيات التعليم والتعلم</w:t>
      </w:r>
    </w:p>
    <w:p w14:paraId="400ACA87" w14:textId="77777777" w:rsid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Segoe UI Emoji" w:hAnsi="Segoe UI Emoji" w:cs="Segoe UI Emoji"/>
          <w:sz w:val="28"/>
          <w:szCs w:val="28"/>
        </w:rPr>
        <w:t>📌</w:t>
      </w:r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عزيزي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/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عزيزتي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المعلمة</w:t>
      </w:r>
      <w:proofErr w:type="spellEnd"/>
    </w:p>
    <w:p w14:paraId="25B49459" w14:textId="1BABE078" w:rsid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بعد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حضورك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لمحاضرة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"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أساسيات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التعليم والتعلم"، ندعوك لإنجاز هذه الورقة التطبيقية التي تساعدك على ترسيخ المفاهيم، وتأمل تجربتك التعليمية،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والتخطيط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الواعي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لحصصك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الدراسية</w:t>
      </w:r>
      <w:proofErr w:type="spellEnd"/>
      <w:r w:rsidR="0070068A">
        <w:rPr>
          <w:rFonts w:ascii="Almarai ExtraBold" w:hAnsi="Almarai ExtraBold" w:cs="Almarai ExtraBold" w:hint="cs"/>
          <w:sz w:val="28"/>
          <w:szCs w:val="28"/>
          <w:rtl/>
        </w:rPr>
        <w:t>.</w:t>
      </w:r>
    </w:p>
    <w:p w14:paraId="4198F62D" w14:textId="77777777" w:rsid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4A41B358" w14:textId="77777777" w:rsid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Segoe UI Emoji" w:hAnsi="Segoe UI Emoji" w:cs="Segoe UI Emoji"/>
          <w:sz w:val="28"/>
          <w:szCs w:val="28"/>
        </w:rPr>
        <w:t>📤</w:t>
      </w:r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طريقة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proofErr w:type="gramStart"/>
      <w:r w:rsidRPr="0070068A">
        <w:rPr>
          <w:rFonts w:ascii="Almarai ExtraBold" w:hAnsi="Almarai ExtraBold" w:cs="Almarai ExtraBold"/>
          <w:sz w:val="28"/>
          <w:szCs w:val="28"/>
        </w:rPr>
        <w:t>التسليم</w:t>
      </w:r>
      <w:proofErr w:type="spellEnd"/>
      <w:r w:rsidR="0070068A">
        <w:rPr>
          <w:rFonts w:ascii="Almarai ExtraBold" w:hAnsi="Almarai ExtraBold" w:cs="Almarai ExtraBold" w:hint="cs"/>
          <w:sz w:val="28"/>
          <w:szCs w:val="28"/>
          <w:rtl/>
        </w:rPr>
        <w:t>:</w:t>
      </w:r>
      <w:r w:rsidRPr="0070068A">
        <w:rPr>
          <w:rFonts w:ascii="Almarai ExtraBold" w:hAnsi="Almarai ExtraBold" w:cs="Almarai ExtraBold"/>
          <w:sz w:val="28"/>
          <w:szCs w:val="28"/>
        </w:rPr>
        <w:t>:</w:t>
      </w:r>
      <w:proofErr w:type="gram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</w:p>
    <w:p w14:paraId="4990C01C" w14:textId="24AE5F45" w:rsid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>
        <w:rPr>
          <w:rFonts w:ascii="Almarai ExtraBold" w:hAnsi="Almarai ExtraBold" w:cs="Almarai ExtraBold" w:hint="cs"/>
          <w:sz w:val="28"/>
          <w:szCs w:val="28"/>
          <w:rtl/>
        </w:rPr>
        <w:t xml:space="preserve">ترفع على المنصة على شكل ملف </w:t>
      </w:r>
      <w:r w:rsidR="00000000" w:rsidRPr="0070068A">
        <w:rPr>
          <w:rFonts w:ascii="Almarai ExtraBold" w:hAnsi="Almarai ExtraBold" w:cs="Almarai ExtraBold"/>
          <w:sz w:val="28"/>
          <w:szCs w:val="28"/>
        </w:rPr>
        <w:t xml:space="preserve">PDF </w:t>
      </w:r>
      <w:proofErr w:type="spellStart"/>
      <w:r w:rsidR="00000000" w:rsidRPr="0070068A">
        <w:rPr>
          <w:rFonts w:ascii="Almarai ExtraBold" w:hAnsi="Almarai ExtraBold" w:cs="Almarai ExtraBold"/>
          <w:sz w:val="28"/>
          <w:szCs w:val="28"/>
        </w:rPr>
        <w:t>أو</w:t>
      </w:r>
      <w:proofErr w:type="spellEnd"/>
      <w:r w:rsidR="00000000" w:rsidRPr="0070068A">
        <w:rPr>
          <w:rFonts w:ascii="Almarai ExtraBold" w:hAnsi="Almarai ExtraBold" w:cs="Almarai ExtraBold"/>
          <w:sz w:val="28"/>
          <w:szCs w:val="28"/>
        </w:rPr>
        <w:t xml:space="preserve"> Word</w:t>
      </w:r>
    </w:p>
    <w:p w14:paraId="601A14A4" w14:textId="4C6EAC79" w:rsidR="00D02489" w:rsidRP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70068A">
        <w:rPr>
          <w:rFonts w:ascii="Segoe UI Emoji" w:hAnsi="Segoe UI Emoji" w:cs="Segoe UI Emoji"/>
          <w:sz w:val="28"/>
          <w:szCs w:val="28"/>
        </w:rPr>
        <w:t>🔖</w:t>
      </w:r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هذه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الورقة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جزء من تقييمك التكويني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في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دورة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المحترف</w:t>
      </w:r>
      <w:proofErr w:type="spellEnd"/>
    </w:p>
    <w:p w14:paraId="6396C545" w14:textId="036DAA41" w:rsidR="00D02489" w:rsidRPr="0070068A" w:rsidRDefault="00000000" w:rsidP="0070068A">
      <w:pPr>
        <w:pStyle w:val="Heading1"/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الجزء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الأول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: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تأمل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شخصي</w:t>
      </w:r>
      <w:proofErr w:type="spellEnd"/>
      <w:r w:rsidR="0070068A">
        <w:rPr>
          <w:rFonts w:ascii="Almarai ExtraBold" w:hAnsi="Almarai ExtraBold" w:cs="Almarai ExtraBold" w:hint="cs"/>
          <w:sz w:val="36"/>
          <w:szCs w:val="36"/>
          <w:rtl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ختياري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– 5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دقائق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>)</w:t>
      </w:r>
      <w:r w:rsidR="0070068A">
        <w:rPr>
          <w:rFonts w:ascii="Almarai ExtraBold" w:hAnsi="Almarai ExtraBold" w:cs="Almarai ExtraBold" w:hint="cs"/>
          <w:sz w:val="36"/>
          <w:szCs w:val="36"/>
          <w:rtl/>
        </w:rPr>
        <w:t>)</w:t>
      </w:r>
    </w:p>
    <w:p w14:paraId="2A1AE546" w14:textId="0269B8B9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المفهوم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أو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الفكرة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التي أثرت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بك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في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المحاضرة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؟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ولماذا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؟</w:t>
      </w:r>
    </w:p>
    <w:p w14:paraId="23078037" w14:textId="77777777" w:rsid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5340615D" w14:textId="77777777" w:rsidR="0070068A" w:rsidRP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64DA75E9" w14:textId="2F624C09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الفرق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الذي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اكتشفته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بين التعليم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والتعلم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والتدريب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بعد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المحاضرة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؟</w:t>
      </w:r>
    </w:p>
    <w:p w14:paraId="3188BDAE" w14:textId="77777777" w:rsid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4D4A968F" w14:textId="77777777" w:rsidR="0070068A" w:rsidRPr="0070068A" w:rsidRDefault="0070068A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2BEA506D" w14:textId="4C88F7D5" w:rsidR="00D02489" w:rsidRPr="0070068A" w:rsidRDefault="00000000" w:rsidP="0070068A">
      <w:pPr>
        <w:pStyle w:val="Heading1"/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lastRenderedPageBreak/>
        <w:t>الجزء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الثاني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: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تحليل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36"/>
          <w:szCs w:val="36"/>
        </w:rPr>
        <w:t>موقف</w:t>
      </w:r>
      <w:proofErr w:type="spellEnd"/>
      <w:r w:rsidRPr="0070068A">
        <w:rPr>
          <w:rFonts w:ascii="Almarai ExtraBold" w:hAnsi="Almarai ExtraBold" w:cs="Almarai ExtraBold"/>
          <w:sz w:val="36"/>
          <w:szCs w:val="36"/>
        </w:rPr>
        <w:t xml:space="preserve"> تعليمي </w:t>
      </w:r>
    </w:p>
    <w:p w14:paraId="571C24D6" w14:textId="43FEB8D8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صِف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موقفًا تعليمياً حقيقيًا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عايشته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(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كمعلم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أو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متعلم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).</w:t>
      </w:r>
    </w:p>
    <w:p w14:paraId="1FC92704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51E9A481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20F84D1B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6DBE0B44" w14:textId="3DBE816B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نوع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الذي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كان ظاهرًا في الموقف </w:t>
      </w:r>
      <w:r w:rsidR="00834FAD">
        <w:rPr>
          <w:rFonts w:ascii="Almarai ExtraBold" w:hAnsi="Almarai ExtraBold" w:cs="Almarai ExtraBold" w:hint="cs"/>
          <w:sz w:val="28"/>
          <w:szCs w:val="28"/>
          <w:rtl/>
        </w:rPr>
        <w:t>(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نشط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– تلقيني –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ذاتي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– </w:t>
      </w:r>
      <w:proofErr w:type="spellStart"/>
      <w:proofErr w:type="gramStart"/>
      <w:r w:rsidRPr="0070068A">
        <w:rPr>
          <w:rFonts w:ascii="Almarai ExtraBold" w:hAnsi="Almarai ExtraBold" w:cs="Almarai ExtraBold"/>
          <w:sz w:val="28"/>
          <w:szCs w:val="28"/>
        </w:rPr>
        <w:t>تعاوني</w:t>
      </w:r>
      <w:proofErr w:type="spellEnd"/>
      <w:r w:rsidR="00834FAD">
        <w:rPr>
          <w:rFonts w:ascii="Almarai ExtraBold" w:hAnsi="Almarai ExtraBold" w:cs="Almarai ExtraBold" w:hint="cs"/>
          <w:sz w:val="28"/>
          <w:szCs w:val="28"/>
          <w:rtl/>
        </w:rPr>
        <w:t>)</w:t>
      </w:r>
      <w:r w:rsidRPr="0070068A">
        <w:rPr>
          <w:rFonts w:ascii="Almarai ExtraBold" w:hAnsi="Almarai ExtraBold" w:cs="Almarai ExtraBold"/>
          <w:sz w:val="28"/>
          <w:szCs w:val="28"/>
        </w:rPr>
        <w:t>؟</w:t>
      </w:r>
      <w:proofErr w:type="gramEnd"/>
    </w:p>
    <w:p w14:paraId="685777DE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1CCEBD1F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6AC747D9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2EC334A1" w14:textId="3B5EC4B8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نقاط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القوة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والضعف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في الموقف من حيث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مفاهيم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التعلم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التي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عرضناها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؟</w:t>
      </w:r>
    </w:p>
    <w:p w14:paraId="2A51455D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45EE8681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2A7F1DBA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11C6C0F5" w14:textId="60018F93" w:rsidR="00D02489" w:rsidRDefault="00000000" w:rsidP="0070068A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كيف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كنت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ستعيد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تصميم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هذا الموقف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بناءً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على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فهمك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الجديد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؟</w:t>
      </w:r>
    </w:p>
    <w:p w14:paraId="5A97EA37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3985642E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21D1E8B9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3431C6D1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10E540E3" w14:textId="74A512DE" w:rsidR="00D02489" w:rsidRPr="0070068A" w:rsidRDefault="00000000" w:rsidP="0070068A">
      <w:pPr>
        <w:pStyle w:val="Heading1"/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r w:rsidRPr="0070068A">
        <w:rPr>
          <w:rFonts w:ascii="Almarai ExtraBold" w:hAnsi="Almarai ExtraBold" w:cs="Almarai ExtraBold"/>
          <w:sz w:val="36"/>
          <w:szCs w:val="36"/>
        </w:rPr>
        <w:lastRenderedPageBreak/>
        <w:t xml:space="preserve">الجزء الثالث: تخطيط تعليمي تطبيقي </w:t>
      </w:r>
    </w:p>
    <w:p w14:paraId="45F6FBB0" w14:textId="25ECB625" w:rsidR="00D02489" w:rsidRPr="00834FAD" w:rsidRDefault="00000000" w:rsidP="00834FA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صمّم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نشاطًا تعليميًا قصيرًا لطلبتك، بحيث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يراعي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أحد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المفاهيم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التالية</w:t>
      </w:r>
      <w:proofErr w:type="spellEnd"/>
      <w:r w:rsidR="00834FAD">
        <w:rPr>
          <w:rFonts w:ascii="Almarai ExtraBold" w:hAnsi="Almarai ExtraBold" w:cs="Almarai ExtraBold" w:hint="cs"/>
          <w:sz w:val="28"/>
          <w:szCs w:val="28"/>
          <w:rtl/>
        </w:rPr>
        <w:t>:</w:t>
      </w:r>
    </w:p>
    <w:p w14:paraId="2F2263C2" w14:textId="77777777" w:rsidR="00D02489" w:rsidRP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70068A">
        <w:rPr>
          <w:rFonts w:ascii="Almarai ExtraBold" w:hAnsi="Almarai ExtraBold" w:cs="Almarai ExtraBold"/>
          <w:sz w:val="28"/>
          <w:szCs w:val="28"/>
        </w:rPr>
        <w:t>- التعلم النشط</w:t>
      </w:r>
    </w:p>
    <w:p w14:paraId="5559D4A1" w14:textId="77777777" w:rsidR="00D02489" w:rsidRP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70068A">
        <w:rPr>
          <w:rFonts w:ascii="Almarai ExtraBold" w:hAnsi="Almarai ExtraBold" w:cs="Almarai ExtraBold"/>
          <w:sz w:val="28"/>
          <w:szCs w:val="28"/>
        </w:rPr>
        <w:t>- أنماط التعلم</w:t>
      </w:r>
    </w:p>
    <w:p w14:paraId="723F0571" w14:textId="77777777" w:rsidR="00D02489" w:rsidRP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70068A">
        <w:rPr>
          <w:rFonts w:ascii="Almarai ExtraBold" w:hAnsi="Almarai ExtraBold" w:cs="Almarai ExtraBold"/>
          <w:sz w:val="28"/>
          <w:szCs w:val="28"/>
        </w:rPr>
        <w:t>- التفاعل بين عناصر المنظومة التعليمية</w:t>
      </w:r>
    </w:p>
    <w:p w14:paraId="76C0C1E6" w14:textId="051476FF" w:rsidR="00D02489" w:rsidRPr="0070068A" w:rsidRDefault="00000000" w:rsidP="00834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يرجى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تعبئة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العناصر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التالية</w:t>
      </w:r>
      <w:proofErr w:type="spellEnd"/>
    </w:p>
    <w:p w14:paraId="5BDB8C83" w14:textId="7D25C809" w:rsidR="00D02489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عنوان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النشاط</w:t>
      </w:r>
      <w:proofErr w:type="spellEnd"/>
    </w:p>
    <w:p w14:paraId="582E81D1" w14:textId="77777777" w:rsidR="00834FAD" w:rsidRPr="0070068A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10AA7674" w14:textId="2D77F256" w:rsidR="00D02489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الصف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>/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المرحلة</w:t>
      </w:r>
      <w:proofErr w:type="spellEnd"/>
    </w:p>
    <w:p w14:paraId="59D3B350" w14:textId="77777777" w:rsidR="00834FAD" w:rsidRPr="0070068A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768EF317" w14:textId="6D98AAD3" w:rsidR="00D02489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الهدف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التعليمي</w:t>
      </w:r>
      <w:proofErr w:type="spellEnd"/>
    </w:p>
    <w:p w14:paraId="04770027" w14:textId="77777777" w:rsidR="00834FAD" w:rsidRPr="0070068A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6510A6F9" w14:textId="14DE5BD6" w:rsidR="00D02489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خطوات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التنفيذ</w:t>
      </w:r>
      <w:proofErr w:type="spellEnd"/>
    </w:p>
    <w:p w14:paraId="0C243F70" w14:textId="77777777" w:rsidR="00834FAD" w:rsidRPr="0070068A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4AE294C5" w14:textId="3175EBE5" w:rsidR="00D02489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الأدوات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والوسائل</w:t>
      </w:r>
      <w:proofErr w:type="spellEnd"/>
    </w:p>
    <w:p w14:paraId="22CA6D2E" w14:textId="77777777" w:rsidR="00834FAD" w:rsidRPr="0070068A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71721C22" w14:textId="13E79127" w:rsidR="00D02489" w:rsidRPr="0070068A" w:rsidRDefault="00000000" w:rsidP="0070068A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70068A">
        <w:rPr>
          <w:rFonts w:ascii="Almarai ExtraBold" w:hAnsi="Almarai ExtraBold" w:cs="Almarai ExtraBold"/>
          <w:sz w:val="28"/>
          <w:szCs w:val="28"/>
        </w:rPr>
        <w:t xml:space="preserve">-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أسلوب</w:t>
      </w:r>
      <w:proofErr w:type="spellEnd"/>
      <w:r w:rsidRPr="0070068A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70068A">
        <w:rPr>
          <w:rFonts w:ascii="Almarai ExtraBold" w:hAnsi="Almarai ExtraBold" w:cs="Almarai ExtraBold"/>
          <w:sz w:val="28"/>
          <w:szCs w:val="28"/>
        </w:rPr>
        <w:t>التقييم</w:t>
      </w:r>
      <w:proofErr w:type="spellEnd"/>
    </w:p>
    <w:p w14:paraId="41AE4AFF" w14:textId="77777777" w:rsidR="00D02489" w:rsidRPr="0070068A" w:rsidRDefault="00000000" w:rsidP="0070068A">
      <w:pPr>
        <w:pStyle w:val="Heading1"/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r w:rsidRPr="0070068A">
        <w:rPr>
          <w:rFonts w:ascii="Almarai ExtraBold" w:hAnsi="Almarai ExtraBold" w:cs="Almarai ExtraBold"/>
          <w:sz w:val="36"/>
          <w:szCs w:val="36"/>
        </w:rPr>
        <w:lastRenderedPageBreak/>
        <w:t>الجزء الرابع: سؤال مفتوح (5 دقائق)</w:t>
      </w:r>
    </w:p>
    <w:p w14:paraId="56800236" w14:textId="7D8BBF8E" w:rsidR="00D02489" w:rsidRDefault="00000000" w:rsidP="00834FA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كيف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ستغيّر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ممارساتك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الصفية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بناءً على فهمك الجديد لمصطلحات مثل: التعليم – التعلم –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الخبرة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التعليمية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–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التدريس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>؟</w:t>
      </w:r>
    </w:p>
    <w:p w14:paraId="3AAE6C4B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72EF0B44" w14:textId="77777777" w:rsid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4EFE264F" w14:textId="77777777" w:rsidR="00834FAD" w:rsidRPr="00834FAD" w:rsidRDefault="00834FAD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</w:p>
    <w:p w14:paraId="2D88895F" w14:textId="2734BD7F" w:rsidR="00834FAD" w:rsidRDefault="00834FAD" w:rsidP="00834FAD">
      <w:pPr>
        <w:pStyle w:val="ListParagraph"/>
        <w:numPr>
          <w:ilvl w:val="0"/>
          <w:numId w:val="15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>
        <w:rPr>
          <w:rFonts w:ascii="Almarai ExtraBold" w:hAnsi="Almarai ExtraBold" w:cs="Almarai ExtraBold" w:hint="cs"/>
          <w:sz w:val="28"/>
          <w:szCs w:val="28"/>
          <w:rtl/>
        </w:rPr>
        <w:t xml:space="preserve">ملاحظات ختامية: </w:t>
      </w:r>
    </w:p>
    <w:p w14:paraId="46DFC25F" w14:textId="77777777" w:rsidR="00834FAD" w:rsidRDefault="00000000" w:rsidP="00834FAD">
      <w:pPr>
        <w:pStyle w:val="ListParagraph"/>
        <w:numPr>
          <w:ilvl w:val="1"/>
          <w:numId w:val="15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834FAD">
        <w:rPr>
          <w:rFonts w:ascii="Almarai ExtraBold" w:hAnsi="Almarai ExtraBold" w:cs="Almarai ExtraBold"/>
          <w:sz w:val="28"/>
          <w:szCs w:val="28"/>
        </w:rPr>
        <w:t>-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احرص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على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توثيق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إجاباتك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بشكل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منظم</w:t>
      </w:r>
      <w:proofErr w:type="spellEnd"/>
    </w:p>
    <w:p w14:paraId="28C872B1" w14:textId="4FEB388C" w:rsidR="00834FAD" w:rsidRDefault="00834FAD" w:rsidP="00834FAD">
      <w:pPr>
        <w:pStyle w:val="ListParagraph"/>
        <w:numPr>
          <w:ilvl w:val="1"/>
          <w:numId w:val="15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يمكن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استخدام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أمثلة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من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الواقع</w:t>
      </w:r>
      <w:proofErr w:type="spellEnd"/>
    </w:p>
    <w:p w14:paraId="3C94110D" w14:textId="77777777" w:rsidR="00834FAD" w:rsidRDefault="00000000" w:rsidP="00834FAD">
      <w:pPr>
        <w:pStyle w:val="ListParagraph"/>
        <w:numPr>
          <w:ilvl w:val="1"/>
          <w:numId w:val="15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التسمية</w:t>
      </w:r>
      <w:proofErr w:type="spellEnd"/>
      <w:r w:rsidR="00834FAD">
        <w:rPr>
          <w:rFonts w:ascii="Almarai ExtraBold" w:hAnsi="Almarai ExtraBold" w:cs="Almarai ExtraBold" w:hint="cs"/>
          <w:sz w:val="28"/>
          <w:szCs w:val="28"/>
          <w:rtl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عند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الرفع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 xml:space="preserve">: 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اسمك_أساسيات_التعليم</w:t>
      </w:r>
      <w:proofErr w:type="spellEnd"/>
    </w:p>
    <w:p w14:paraId="07E1A8D6" w14:textId="72D6FC25" w:rsidR="00D02489" w:rsidRPr="00834FAD" w:rsidRDefault="00000000" w:rsidP="00834FA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834FAD">
        <w:rPr>
          <w:rFonts w:ascii="Almarai ExtraBold" w:hAnsi="Almarai ExtraBold" w:cs="Almarai ExtraBold"/>
          <w:sz w:val="28"/>
          <w:szCs w:val="28"/>
        </w:rPr>
        <w:br/>
        <w:t>(</w:t>
      </w:r>
      <w:proofErr w:type="spellStart"/>
      <w:r w:rsidRPr="00834FAD">
        <w:rPr>
          <w:rFonts w:ascii="Almarai ExtraBold" w:hAnsi="Almarai ExtraBold" w:cs="Almarai ExtraBold"/>
          <w:sz w:val="28"/>
          <w:szCs w:val="28"/>
        </w:rPr>
        <w:t>مثال</w:t>
      </w:r>
      <w:proofErr w:type="spellEnd"/>
      <w:r w:rsidRPr="00834FAD">
        <w:rPr>
          <w:rFonts w:ascii="Almarai ExtraBold" w:hAnsi="Almarai ExtraBold" w:cs="Almarai ExtraBold"/>
          <w:sz w:val="28"/>
          <w:szCs w:val="28"/>
        </w:rPr>
        <w:t>: فيحاء_المومني_أساسيات_التعليم.docx)</w:t>
      </w:r>
    </w:p>
    <w:sectPr w:rsidR="00D02489" w:rsidRPr="00834FA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lmarai ExtraBold">
    <w:panose1 w:val="00000000000000000000"/>
    <w:charset w:val="00"/>
    <w:family w:val="auto"/>
    <w:pitch w:val="variable"/>
    <w:sig w:usb0="8000202B" w:usb1="9000205A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B56139"/>
    <w:multiLevelType w:val="hybridMultilevel"/>
    <w:tmpl w:val="05A85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50136"/>
    <w:multiLevelType w:val="hybridMultilevel"/>
    <w:tmpl w:val="E548B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7076A"/>
    <w:multiLevelType w:val="hybridMultilevel"/>
    <w:tmpl w:val="54A48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5B5507"/>
    <w:multiLevelType w:val="hybridMultilevel"/>
    <w:tmpl w:val="6D46A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1687F"/>
    <w:multiLevelType w:val="hybridMultilevel"/>
    <w:tmpl w:val="5F744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D8142A"/>
    <w:multiLevelType w:val="hybridMultilevel"/>
    <w:tmpl w:val="7C123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28526">
    <w:abstractNumId w:val="8"/>
  </w:num>
  <w:num w:numId="2" w16cid:durableId="615984240">
    <w:abstractNumId w:val="6"/>
  </w:num>
  <w:num w:numId="3" w16cid:durableId="432408484">
    <w:abstractNumId w:val="5"/>
  </w:num>
  <w:num w:numId="4" w16cid:durableId="370570516">
    <w:abstractNumId w:val="4"/>
  </w:num>
  <w:num w:numId="5" w16cid:durableId="1007368382">
    <w:abstractNumId w:val="7"/>
  </w:num>
  <w:num w:numId="6" w16cid:durableId="1882403748">
    <w:abstractNumId w:val="3"/>
  </w:num>
  <w:num w:numId="7" w16cid:durableId="1746220380">
    <w:abstractNumId w:val="2"/>
  </w:num>
  <w:num w:numId="8" w16cid:durableId="869073298">
    <w:abstractNumId w:val="1"/>
  </w:num>
  <w:num w:numId="9" w16cid:durableId="2055275720">
    <w:abstractNumId w:val="0"/>
  </w:num>
  <w:num w:numId="10" w16cid:durableId="1198851337">
    <w:abstractNumId w:val="11"/>
  </w:num>
  <w:num w:numId="11" w16cid:durableId="2130203907">
    <w:abstractNumId w:val="10"/>
  </w:num>
  <w:num w:numId="12" w16cid:durableId="1763988007">
    <w:abstractNumId w:val="12"/>
  </w:num>
  <w:num w:numId="13" w16cid:durableId="1550654733">
    <w:abstractNumId w:val="9"/>
  </w:num>
  <w:num w:numId="14" w16cid:durableId="349183687">
    <w:abstractNumId w:val="13"/>
  </w:num>
  <w:num w:numId="15" w16cid:durableId="2968395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2C63"/>
    <w:rsid w:val="0029639D"/>
    <w:rsid w:val="00326F90"/>
    <w:rsid w:val="0070068A"/>
    <w:rsid w:val="00834FAD"/>
    <w:rsid w:val="00AA1D8D"/>
    <w:rsid w:val="00B47730"/>
    <w:rsid w:val="00CB0664"/>
    <w:rsid w:val="00D024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B5AA0C"/>
  <w14:defaultImageDpi w14:val="300"/>
  <w15:docId w15:val="{E2D816ED-C142-4901-9610-858A59A9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Fayhaa Almomani</cp:lastModifiedBy>
  <cp:revision>2</cp:revision>
  <dcterms:created xsi:type="dcterms:W3CDTF">2013-12-23T23:15:00Z</dcterms:created>
  <dcterms:modified xsi:type="dcterms:W3CDTF">2025-06-29T18:50:00Z</dcterms:modified>
  <cp:category/>
</cp:coreProperties>
</file>