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97C91" w14:textId="77777777" w:rsidR="002141F0" w:rsidRPr="00A1482D" w:rsidRDefault="00000000" w:rsidP="00A1482D">
      <w:pPr>
        <w:pStyle w:val="Title"/>
        <w:bidi/>
        <w:spacing w:line="360" w:lineRule="auto"/>
        <w:jc w:val="center"/>
        <w:rPr>
          <w:rFonts w:ascii="Almarai ExtraBold" w:hAnsi="Almarai ExtraBold" w:cs="Almarai ExtraBold"/>
          <w:sz w:val="44"/>
          <w:szCs w:val="44"/>
        </w:rPr>
      </w:pPr>
      <w:r w:rsidRPr="00A1482D">
        <w:rPr>
          <w:rFonts w:ascii="Almarai ExtraBold" w:hAnsi="Almarai ExtraBold" w:cs="Almarai ExtraBold"/>
          <w:sz w:val="44"/>
          <w:szCs w:val="44"/>
        </w:rPr>
        <w:t>مهمة إبداعية بعد محاضرة: المعلم الناجح</w:t>
      </w:r>
    </w:p>
    <w:p w14:paraId="6EE0DF41" w14:textId="3A9355B7" w:rsidR="00A1482D" w:rsidRDefault="00000000" w:rsidP="00A1482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A1482D">
        <w:rPr>
          <w:rFonts w:ascii="Segoe UI Emoji" w:hAnsi="Segoe UI Emoji" w:cs="Segoe UI Emoji"/>
          <w:sz w:val="28"/>
          <w:szCs w:val="28"/>
        </w:rPr>
        <w:t>🎓</w:t>
      </w:r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عزيزي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المعلم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/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عزيزتي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r w:rsidR="00A1482D">
        <w:rPr>
          <w:rFonts w:ascii="Almarai ExtraBold" w:hAnsi="Almarai ExtraBold" w:cs="Almarai ExtraBold"/>
          <w:sz w:val="28"/>
          <w:szCs w:val="28"/>
          <w:rtl/>
        </w:rPr>
        <w:t>المعلمة</w:t>
      </w:r>
    </w:p>
    <w:p w14:paraId="0342F6FD" w14:textId="77777777" w:rsidR="00A1482D" w:rsidRDefault="00000000" w:rsidP="00A1482D">
      <w:pPr>
        <w:bidi/>
        <w:spacing w:after="0"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بعد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حضورك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لمحاضرة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'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المعلم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الناجح: مرجعيات علمية وتجارب دولية'، ندعوك إلى إنجاز هذه المهمة التربوية التحفيزية التي صُممت لتعكس روح التميز والإبداع الذي تسعى إليه كمعلم محترف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في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القرن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الحادي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والعشرين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.</w:t>
      </w:r>
    </w:p>
    <w:p w14:paraId="05C0ACFC" w14:textId="14B3B4A7" w:rsidR="00A1482D" w:rsidRDefault="00000000" w:rsidP="00A1482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A1482D">
        <w:rPr>
          <w:rFonts w:ascii="Almarai ExtraBold" w:hAnsi="Almarai ExtraBold" w:cs="Almarai ExtraBold"/>
          <w:sz w:val="28"/>
          <w:szCs w:val="28"/>
        </w:rPr>
        <w:br/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هذه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المهمة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ليست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اختبارًا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بل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مساحة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للتفكير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العميق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واستحضار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الأثر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والتعبير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عن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رؤيتك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كمربي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proofErr w:type="gramStart"/>
      <w:r w:rsidRPr="00A1482D">
        <w:rPr>
          <w:rFonts w:ascii="Almarai ExtraBold" w:hAnsi="Almarai ExtraBold" w:cs="Almarai ExtraBold"/>
          <w:sz w:val="28"/>
          <w:szCs w:val="28"/>
        </w:rPr>
        <w:t>وصانع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r w:rsidR="00A1482D">
        <w:rPr>
          <w:rFonts w:ascii="Almarai ExtraBold" w:hAnsi="Almarai ExtraBold" w:cs="Almarai ExtraBold" w:hint="cs"/>
          <w:sz w:val="28"/>
          <w:szCs w:val="28"/>
          <w:rtl/>
        </w:rPr>
        <w:t xml:space="preserve"> تغيير</w:t>
      </w:r>
      <w:proofErr w:type="gramEnd"/>
    </w:p>
    <w:p w14:paraId="2804CE26" w14:textId="2B2B6C2D" w:rsidR="00A1482D" w:rsidRDefault="00A1482D" w:rsidP="00A1482D">
      <w:pPr>
        <w:bidi/>
        <w:spacing w:line="360" w:lineRule="auto"/>
        <w:jc w:val="both"/>
        <w:rPr>
          <w:rFonts w:ascii="Almarai ExtraBold" w:hAnsi="Almarai ExtraBold" w:cs="Almarai ExtraBold" w:hint="cs"/>
          <w:sz w:val="28"/>
          <w:szCs w:val="28"/>
          <w:rtl/>
          <w:lang w:bidi="ar-JO"/>
        </w:rPr>
      </w:pPr>
      <w:r>
        <w:rPr>
          <w:rFonts w:ascii="Almarai ExtraBold" w:hAnsi="Almarai ExtraBold" w:cs="Almarai ExtraBold" w:hint="cs"/>
          <w:sz w:val="28"/>
          <w:szCs w:val="28"/>
          <w:rtl/>
        </w:rPr>
        <w:t xml:space="preserve">التسليم عبر المنصة بصيغة </w:t>
      </w:r>
      <w:r>
        <w:rPr>
          <w:rFonts w:ascii="Almarai ExtraBold" w:hAnsi="Almarai ExtraBold" w:cs="Almarai ExtraBold"/>
          <w:sz w:val="28"/>
          <w:szCs w:val="28"/>
        </w:rPr>
        <w:t xml:space="preserve">word </w:t>
      </w:r>
      <w:r>
        <w:rPr>
          <w:rFonts w:ascii="Almarai ExtraBold" w:hAnsi="Almarai ExtraBold" w:cs="Almarai ExtraBold" w:hint="cs"/>
          <w:sz w:val="28"/>
          <w:szCs w:val="28"/>
          <w:rtl/>
          <w:lang w:bidi="ar-JO"/>
        </w:rPr>
        <w:t xml:space="preserve"> أو </w:t>
      </w:r>
      <w:r>
        <w:rPr>
          <w:rFonts w:ascii="Almarai ExtraBold" w:hAnsi="Almarai ExtraBold" w:cs="Almarai ExtraBold"/>
          <w:sz w:val="28"/>
          <w:szCs w:val="28"/>
          <w:lang w:bidi="ar-JO"/>
        </w:rPr>
        <w:t>PDF</w:t>
      </w:r>
      <w:r>
        <w:rPr>
          <w:rFonts w:ascii="Almarai ExtraBold" w:hAnsi="Almarai ExtraBold" w:cs="Almarai ExtraBold" w:hint="cs"/>
          <w:sz w:val="28"/>
          <w:szCs w:val="28"/>
          <w:rtl/>
          <w:lang w:bidi="ar-JO"/>
        </w:rPr>
        <w:t xml:space="preserve"> </w:t>
      </w:r>
    </w:p>
    <w:p w14:paraId="2F16D495" w14:textId="1C798380" w:rsidR="002141F0" w:rsidRPr="00A1482D" w:rsidRDefault="00000000" w:rsidP="00A1482D">
      <w:pPr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r w:rsidRPr="00A1482D">
        <w:rPr>
          <w:rFonts w:ascii="Segoe UI Emoji" w:hAnsi="Segoe UI Emoji" w:cs="Segoe UI Emoji"/>
          <w:sz w:val="36"/>
          <w:szCs w:val="36"/>
        </w:rPr>
        <w:t>🧠</w:t>
      </w:r>
      <w:r w:rsidRPr="00A1482D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36"/>
          <w:szCs w:val="36"/>
        </w:rPr>
        <w:t>المهمة</w:t>
      </w:r>
      <w:proofErr w:type="spellEnd"/>
      <w:r w:rsidRPr="00A1482D">
        <w:rPr>
          <w:rFonts w:ascii="Almarai ExtraBold" w:hAnsi="Almarai ExtraBold" w:cs="Almarai ExtraBold"/>
          <w:sz w:val="36"/>
          <w:szCs w:val="36"/>
        </w:rPr>
        <w:t>: "</w:t>
      </w:r>
      <w:proofErr w:type="spellStart"/>
      <w:r w:rsidRPr="00A1482D">
        <w:rPr>
          <w:rFonts w:ascii="Almarai ExtraBold" w:hAnsi="Almarai ExtraBold" w:cs="Almarai ExtraBold"/>
          <w:sz w:val="36"/>
          <w:szCs w:val="36"/>
        </w:rPr>
        <w:t>أثرٌ</w:t>
      </w:r>
      <w:proofErr w:type="spellEnd"/>
      <w:r w:rsidRPr="00A1482D">
        <w:rPr>
          <w:rFonts w:ascii="Almarai ExtraBold" w:hAnsi="Almarai ExtraBold" w:cs="Almarai ExtraBold"/>
          <w:sz w:val="36"/>
          <w:szCs w:val="36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36"/>
          <w:szCs w:val="36"/>
        </w:rPr>
        <w:t>لا</w:t>
      </w:r>
      <w:proofErr w:type="spellEnd"/>
      <w:r w:rsidRPr="00A1482D">
        <w:rPr>
          <w:rFonts w:ascii="Almarai ExtraBold" w:hAnsi="Almarai ExtraBold" w:cs="Almarai ExtraBold"/>
          <w:sz w:val="36"/>
          <w:szCs w:val="36"/>
        </w:rPr>
        <w:t xml:space="preserve"> يُنسى"</w:t>
      </w:r>
    </w:p>
    <w:p w14:paraId="582A5FCA" w14:textId="4414671E" w:rsidR="00A1482D" w:rsidRDefault="00000000" w:rsidP="0025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center"/>
        <w:rPr>
          <w:rFonts w:ascii="Almarai ExtraBold" w:hAnsi="Almarai ExtraBold" w:cs="Almarai ExtraBold"/>
          <w:sz w:val="28"/>
          <w:szCs w:val="28"/>
          <w:rtl/>
        </w:rPr>
      </w:pPr>
      <w:r w:rsidRPr="00A1482D">
        <w:rPr>
          <w:rFonts w:ascii="Almarai ExtraBold" w:hAnsi="Almarai ExtraBold" w:cs="Almarai ExtraBold"/>
          <w:sz w:val="28"/>
          <w:szCs w:val="28"/>
        </w:rPr>
        <w:t xml:space="preserve">تخيل أنك ستلتقي أحد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طلابك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بعد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10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سنوات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.</w:t>
      </w:r>
      <w:r w:rsidR="00A1482D">
        <w:rPr>
          <w:rFonts w:ascii="Almarai ExtraBold" w:hAnsi="Almarai ExtraBold" w:cs="Almarai ExtraBold" w:hint="cs"/>
          <w:sz w:val="28"/>
          <w:szCs w:val="28"/>
          <w:rtl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وقد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جاء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يشكرك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على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ما أحدثته في حياته من فرق… لكنه لم يذكرك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باسمك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بل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وصفك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بصفاتك</w:t>
      </w:r>
      <w:proofErr w:type="spellEnd"/>
    </w:p>
    <w:p w14:paraId="4E0FA969" w14:textId="2483FE8E" w:rsidR="00253D61" w:rsidRDefault="00000000" w:rsidP="00253D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center"/>
        <w:rPr>
          <w:rFonts w:ascii="Almarai ExtraBold" w:hAnsi="Almarai ExtraBold" w:cs="Almarai ExtraBold"/>
          <w:sz w:val="28"/>
          <w:szCs w:val="28"/>
          <w:rtl/>
        </w:rPr>
      </w:pPr>
      <w:r w:rsidRPr="00A1482D">
        <w:rPr>
          <w:rFonts w:ascii="Segoe UI Emoji" w:hAnsi="Segoe UI Emoji" w:cs="Segoe UI Emoji"/>
          <w:sz w:val="28"/>
          <w:szCs w:val="28"/>
        </w:rPr>
        <w:t>🖋️</w:t>
      </w:r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اكتب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رسالة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الطالب إليك، يصف فيها كيف كنت معلمًا مؤثرًا، وما الدروس الحياتية والتربوية التي تركت أثرًا في شخصيته، لا فقط في علاماته.</w:t>
      </w:r>
    </w:p>
    <w:p w14:paraId="50C7A2AE" w14:textId="49E30001" w:rsidR="00A1482D" w:rsidRDefault="00000000" w:rsidP="00253D61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r w:rsidRPr="00A1482D">
        <w:rPr>
          <w:rFonts w:ascii="Segoe UI Emoji" w:hAnsi="Segoe UI Emoji" w:cs="Segoe UI Emoji"/>
          <w:sz w:val="28"/>
          <w:szCs w:val="28"/>
        </w:rPr>
        <w:t>💡</w:t>
      </w:r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تلميحات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تساعدك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:</w:t>
      </w:r>
    </w:p>
    <w:p w14:paraId="0B5FC20B" w14:textId="29694BB6" w:rsidR="00A1482D" w:rsidRPr="00A1482D" w:rsidRDefault="00000000" w:rsidP="00A1482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اجعل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الرسالة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صادقة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وعميقة</w:t>
      </w:r>
      <w:proofErr w:type="spellEnd"/>
    </w:p>
    <w:p w14:paraId="146C8E90" w14:textId="6BE6E95B" w:rsidR="00A1482D" w:rsidRPr="00A1482D" w:rsidRDefault="00000000" w:rsidP="00A1482D">
      <w:pPr>
        <w:pStyle w:val="ListParagraph"/>
        <w:numPr>
          <w:ilvl w:val="0"/>
          <w:numId w:val="10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استخدم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مفاهيم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المحاضرة</w:t>
      </w:r>
      <w:proofErr w:type="spellEnd"/>
      <w:r w:rsidR="00A1482D" w:rsidRPr="00A1482D">
        <w:rPr>
          <w:rFonts w:ascii="Almarai ExtraBold" w:hAnsi="Almarai ExtraBold" w:cs="Almarai ExtraBold" w:hint="cs"/>
          <w:sz w:val="28"/>
          <w:szCs w:val="28"/>
          <w:rtl/>
        </w:rPr>
        <w:t xml:space="preserve"> (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التفاعل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الإيجابي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المرونة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الأمان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النفسي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التلعيب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التعلم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النشط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...)</w:t>
      </w:r>
      <w:r w:rsidR="00A1482D" w:rsidRPr="00A1482D">
        <w:rPr>
          <w:rFonts w:ascii="Almarai ExtraBold" w:hAnsi="Almarai ExtraBold" w:cs="Almarai ExtraBold" w:hint="cs"/>
          <w:sz w:val="28"/>
          <w:szCs w:val="28"/>
          <w:rtl/>
        </w:rPr>
        <w:t>)</w:t>
      </w:r>
    </w:p>
    <w:p w14:paraId="0D9EA098" w14:textId="1B8565AA" w:rsidR="00A1482D" w:rsidRDefault="00000000" w:rsidP="00A1482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أضف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موقفًا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واقعيًا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أو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افتراضيًا يعكس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كيف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كنت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قدوة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تربوية</w:t>
      </w:r>
      <w:proofErr w:type="spellEnd"/>
    </w:p>
    <w:p w14:paraId="7988D389" w14:textId="77777777" w:rsidR="00A1482D" w:rsidRDefault="00000000" w:rsidP="00A1482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lastRenderedPageBreak/>
        <w:t>تخيّل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لغة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الطالب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: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كيف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سيتحدث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؟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الذي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سيتذكره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؟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الذي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سيشعر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به</w:t>
      </w:r>
      <w:proofErr w:type="spellEnd"/>
      <w:r w:rsidR="00A1482D">
        <w:rPr>
          <w:rFonts w:ascii="Almarai ExtraBold" w:hAnsi="Almarai ExtraBold" w:cs="Almarai ExtraBold" w:hint="cs"/>
          <w:sz w:val="28"/>
          <w:szCs w:val="28"/>
          <w:rtl/>
        </w:rPr>
        <w:t>؟</w:t>
      </w:r>
    </w:p>
    <w:p w14:paraId="19E62A41" w14:textId="6CA7B99E" w:rsidR="002141F0" w:rsidRPr="00A1482D" w:rsidRDefault="00000000" w:rsidP="00A1482D">
      <w:pPr>
        <w:pStyle w:val="ListParagraph"/>
        <w:numPr>
          <w:ilvl w:val="0"/>
          <w:numId w:val="11"/>
        </w:num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A1482D">
        <w:rPr>
          <w:rFonts w:ascii="Segoe UI Emoji" w:hAnsi="Segoe UI Emoji" w:cs="Segoe UI Emoji"/>
          <w:sz w:val="28"/>
          <w:szCs w:val="28"/>
        </w:rPr>
        <w:t>✍️</w:t>
      </w:r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يُمكنك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كتابة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الرسالة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بأسلوب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أدبي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أو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بلغة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خطابية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مباشرة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المهم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أن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تعكس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رؤيتك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كـ'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معلم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لا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يُنسى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>'.</w:t>
      </w:r>
    </w:p>
    <w:p w14:paraId="2DEFB616" w14:textId="77777777" w:rsidR="002141F0" w:rsidRPr="00A1482D" w:rsidRDefault="00000000" w:rsidP="00A1482D">
      <w:pPr>
        <w:pStyle w:val="Heading1"/>
        <w:bidi/>
        <w:spacing w:line="360" w:lineRule="auto"/>
        <w:jc w:val="both"/>
        <w:rPr>
          <w:rFonts w:ascii="Almarai ExtraBold" w:hAnsi="Almarai ExtraBold" w:cs="Almarai ExtraBold"/>
          <w:sz w:val="36"/>
          <w:szCs w:val="36"/>
        </w:rPr>
      </w:pPr>
      <w:r w:rsidRPr="00A1482D">
        <w:rPr>
          <w:rFonts w:ascii="Segoe UI Emoji" w:hAnsi="Segoe UI Emoji" w:cs="Segoe UI Emoji"/>
          <w:sz w:val="36"/>
          <w:szCs w:val="36"/>
        </w:rPr>
        <w:t>🪞</w:t>
      </w:r>
      <w:r w:rsidRPr="00A1482D">
        <w:rPr>
          <w:rFonts w:ascii="Almarai ExtraBold" w:hAnsi="Almarai ExtraBold" w:cs="Almarai ExtraBold"/>
          <w:sz w:val="36"/>
          <w:szCs w:val="36"/>
        </w:rPr>
        <w:t xml:space="preserve"> سؤال تأملي بعد المهمة:</w:t>
      </w:r>
    </w:p>
    <w:p w14:paraId="602945DA" w14:textId="77777777" w:rsidR="002141F0" w:rsidRPr="00A1482D" w:rsidRDefault="00000000" w:rsidP="00A1482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A1482D">
        <w:rPr>
          <w:rFonts w:ascii="Almarai ExtraBold" w:hAnsi="Almarai ExtraBold" w:cs="Almarai ExtraBold"/>
          <w:sz w:val="28"/>
          <w:szCs w:val="28"/>
        </w:rPr>
        <w:t>برأيك، ما الصفة الجوهرية التي تجعلك معلمًا ناجحًا في زمن التحديات؟ وكيف تنوي تعزيزها في نفسك خلال هذا العام؟</w:t>
      </w:r>
    </w:p>
    <w:p w14:paraId="6974B380" w14:textId="565947B6" w:rsidR="00A1482D" w:rsidRDefault="00A1482D" w:rsidP="00A1482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  <w:rtl/>
        </w:rPr>
      </w:pPr>
    </w:p>
    <w:p w14:paraId="2A69B090" w14:textId="5F140683" w:rsidR="002141F0" w:rsidRPr="00A1482D" w:rsidRDefault="00000000" w:rsidP="00A1482D">
      <w:pPr>
        <w:bidi/>
        <w:spacing w:line="360" w:lineRule="auto"/>
        <w:jc w:val="both"/>
        <w:rPr>
          <w:rFonts w:ascii="Almarai ExtraBold" w:hAnsi="Almarai ExtraBold" w:cs="Almarai ExtraBold"/>
          <w:sz w:val="28"/>
          <w:szCs w:val="28"/>
        </w:rPr>
      </w:pPr>
      <w:r w:rsidRPr="00A1482D">
        <w:rPr>
          <w:rFonts w:ascii="Almarai ExtraBold" w:hAnsi="Almarai ExtraBold" w:cs="Almarai ExtraBold"/>
          <w:sz w:val="28"/>
          <w:szCs w:val="28"/>
        </w:rPr>
        <w:t xml:space="preserve"> عند الانتهاء من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المهمة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،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احفظ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الملف</w:t>
      </w:r>
      <w:proofErr w:type="spellEnd"/>
      <w:r w:rsidRPr="00A1482D">
        <w:rPr>
          <w:rFonts w:ascii="Almarai ExtraBold" w:hAnsi="Almarai ExtraBold" w:cs="Almarai ExtraBold"/>
          <w:sz w:val="28"/>
          <w:szCs w:val="28"/>
        </w:rPr>
        <w:t xml:space="preserve"> </w:t>
      </w:r>
      <w:proofErr w:type="spellStart"/>
      <w:r w:rsidRPr="00A1482D">
        <w:rPr>
          <w:rFonts w:ascii="Almarai ExtraBold" w:hAnsi="Almarai ExtraBold" w:cs="Almarai ExtraBold"/>
          <w:sz w:val="28"/>
          <w:szCs w:val="28"/>
        </w:rPr>
        <w:t>باسم</w:t>
      </w:r>
      <w:proofErr w:type="spellEnd"/>
      <w:r w:rsidR="00A1482D">
        <w:rPr>
          <w:rFonts w:ascii="Almarai ExtraBold" w:hAnsi="Almarai ExtraBold" w:cs="Almarai ExtraBold" w:hint="cs"/>
          <w:sz w:val="28"/>
          <w:szCs w:val="28"/>
          <w:rtl/>
        </w:rPr>
        <w:t xml:space="preserve">: </w:t>
      </w:r>
      <w:r w:rsidRPr="00A1482D">
        <w:rPr>
          <w:rFonts w:ascii="Almarai ExtraBold" w:hAnsi="Almarai ExtraBold" w:cs="Almarai ExtraBold"/>
          <w:sz w:val="28"/>
          <w:szCs w:val="28"/>
        </w:rPr>
        <w:br/>
        <w:t>اسمك_أثر_المعلم_الناجح.docx</w:t>
      </w:r>
      <w:r w:rsidRPr="00A1482D">
        <w:rPr>
          <w:rFonts w:ascii="Almarai ExtraBold" w:hAnsi="Almarai ExtraBold" w:cs="Almarai ExtraBold"/>
          <w:sz w:val="28"/>
          <w:szCs w:val="28"/>
        </w:rPr>
        <w:br/>
      </w:r>
      <w:r w:rsidRPr="00A1482D">
        <w:rPr>
          <w:rFonts w:ascii="Almarai ExtraBold" w:hAnsi="Almarai ExtraBold" w:cs="Almarai ExtraBold"/>
          <w:sz w:val="28"/>
          <w:szCs w:val="28"/>
        </w:rPr>
        <w:br/>
        <w:t xml:space="preserve">نتطلع لقراءة كلماتكم الملهمة، فأنتم قلب هذه الرسالة التربوية </w:t>
      </w:r>
      <w:r w:rsidRPr="00A1482D">
        <w:rPr>
          <w:rFonts w:ascii="Segoe UI Emoji" w:hAnsi="Segoe UI Emoji" w:cs="Segoe UI Emoji"/>
          <w:sz w:val="28"/>
          <w:szCs w:val="28"/>
        </w:rPr>
        <w:t>💙</w:t>
      </w:r>
    </w:p>
    <w:sectPr w:rsidR="002141F0" w:rsidRPr="00A1482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7DD4" w14:textId="77777777" w:rsidR="00A94524" w:rsidRDefault="00A94524" w:rsidP="00A1482D">
      <w:pPr>
        <w:spacing w:after="0" w:line="240" w:lineRule="auto"/>
      </w:pPr>
      <w:r>
        <w:separator/>
      </w:r>
    </w:p>
  </w:endnote>
  <w:endnote w:type="continuationSeparator" w:id="0">
    <w:p w14:paraId="694AFFAC" w14:textId="77777777" w:rsidR="00A94524" w:rsidRDefault="00A94524" w:rsidP="00A1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marai ExtraBold">
    <w:panose1 w:val="00000000000000000000"/>
    <w:charset w:val="00"/>
    <w:family w:val="auto"/>
    <w:pitch w:val="variable"/>
    <w:sig w:usb0="8000202B" w:usb1="9000205A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FF0C7" w14:textId="77777777" w:rsidR="00A94524" w:rsidRDefault="00A94524" w:rsidP="00A1482D">
      <w:pPr>
        <w:spacing w:after="0" w:line="240" w:lineRule="auto"/>
      </w:pPr>
      <w:r>
        <w:separator/>
      </w:r>
    </w:p>
  </w:footnote>
  <w:footnote w:type="continuationSeparator" w:id="0">
    <w:p w14:paraId="23516830" w14:textId="77777777" w:rsidR="00A94524" w:rsidRDefault="00A94524" w:rsidP="00A14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701F" w14:textId="2CD88CF2" w:rsidR="00A1482D" w:rsidRDefault="00A1482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A3EE71" wp14:editId="3994997A">
          <wp:simplePos x="0" y="0"/>
          <wp:positionH relativeFrom="column">
            <wp:posOffset>-1089660</wp:posOffset>
          </wp:positionH>
          <wp:positionV relativeFrom="paragraph">
            <wp:posOffset>-411480</wp:posOffset>
          </wp:positionV>
          <wp:extent cx="1600200" cy="1600200"/>
          <wp:effectExtent l="0" t="0" r="0" b="0"/>
          <wp:wrapTight wrapText="bothSides">
            <wp:wrapPolygon edited="0">
              <wp:start x="8743" y="4371"/>
              <wp:lineTo x="7200" y="5657"/>
              <wp:lineTo x="4629" y="8229"/>
              <wp:lineTo x="4629" y="13114"/>
              <wp:lineTo x="7971" y="16457"/>
              <wp:lineTo x="8743" y="16971"/>
              <wp:lineTo x="12600" y="16971"/>
              <wp:lineTo x="13371" y="16457"/>
              <wp:lineTo x="16714" y="13114"/>
              <wp:lineTo x="16971" y="8486"/>
              <wp:lineTo x="13886" y="5400"/>
              <wp:lineTo x="12600" y="4371"/>
              <wp:lineTo x="8743" y="4371"/>
            </wp:wrapPolygon>
          </wp:wrapTight>
          <wp:docPr id="1242682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68266" name="Picture 124268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E4F456" w14:textId="77777777" w:rsidR="00A1482D" w:rsidRDefault="00A148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896D0F"/>
    <w:multiLevelType w:val="hybridMultilevel"/>
    <w:tmpl w:val="72B8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55FE7"/>
    <w:multiLevelType w:val="hybridMultilevel"/>
    <w:tmpl w:val="3782031C"/>
    <w:lvl w:ilvl="0" w:tplc="984045CC">
      <w:start w:val="8"/>
      <w:numFmt w:val="bullet"/>
      <w:lvlText w:val="-"/>
      <w:lvlJc w:val="left"/>
      <w:pPr>
        <w:ind w:left="720" w:hanging="360"/>
      </w:pPr>
      <w:rPr>
        <w:rFonts w:ascii="Almarai ExtraBold" w:eastAsiaTheme="minorEastAsia" w:hAnsi="Almarai ExtraBold" w:cs="Almarai Extra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832452">
    <w:abstractNumId w:val="8"/>
  </w:num>
  <w:num w:numId="2" w16cid:durableId="1313868376">
    <w:abstractNumId w:val="6"/>
  </w:num>
  <w:num w:numId="3" w16cid:durableId="2104954570">
    <w:abstractNumId w:val="5"/>
  </w:num>
  <w:num w:numId="4" w16cid:durableId="2138066037">
    <w:abstractNumId w:val="4"/>
  </w:num>
  <w:num w:numId="5" w16cid:durableId="46878445">
    <w:abstractNumId w:val="7"/>
  </w:num>
  <w:num w:numId="6" w16cid:durableId="16588718">
    <w:abstractNumId w:val="3"/>
  </w:num>
  <w:num w:numId="7" w16cid:durableId="1607420254">
    <w:abstractNumId w:val="2"/>
  </w:num>
  <w:num w:numId="8" w16cid:durableId="190343056">
    <w:abstractNumId w:val="1"/>
  </w:num>
  <w:num w:numId="9" w16cid:durableId="806439192">
    <w:abstractNumId w:val="0"/>
  </w:num>
  <w:num w:numId="10" w16cid:durableId="239485590">
    <w:abstractNumId w:val="9"/>
  </w:num>
  <w:num w:numId="11" w16cid:durableId="7641553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41F0"/>
    <w:rsid w:val="00222C63"/>
    <w:rsid w:val="00253D61"/>
    <w:rsid w:val="0029639D"/>
    <w:rsid w:val="00326F90"/>
    <w:rsid w:val="00A1482D"/>
    <w:rsid w:val="00A94524"/>
    <w:rsid w:val="00AA1D8D"/>
    <w:rsid w:val="00B47730"/>
    <w:rsid w:val="00CB0664"/>
    <w:rsid w:val="00E929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3EF3BAD"/>
  <w14:defaultImageDpi w14:val="300"/>
  <w15:docId w15:val="{E2D816ED-C142-4901-9610-858A59A9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Fayhaa Almomani</cp:lastModifiedBy>
  <cp:revision>2</cp:revision>
  <dcterms:created xsi:type="dcterms:W3CDTF">2025-06-30T14:16:00Z</dcterms:created>
  <dcterms:modified xsi:type="dcterms:W3CDTF">2025-06-30T14:16:00Z</dcterms:modified>
  <cp:category/>
</cp:coreProperties>
</file>